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267C1" w14:textId="77777777" w:rsidR="00315660" w:rsidRDefault="00000000">
      <w:pPr>
        <w:pStyle w:val="Heading1"/>
      </w:pPr>
      <w:r>
        <w:t>CURRICULUM VITAE</w:t>
      </w:r>
    </w:p>
    <w:p w14:paraId="1A632F75" w14:textId="77777777" w:rsidR="00315660" w:rsidRDefault="00000000">
      <w:pPr>
        <w:pStyle w:val="Heading2"/>
      </w:pPr>
      <w:r>
        <w:t>Mouhamad Aly Latyr Barry</w:t>
      </w:r>
    </w:p>
    <w:p w14:paraId="6A2054E6" w14:textId="77777777" w:rsidR="00315660" w:rsidRPr="009C6D02" w:rsidRDefault="00000000">
      <w:pPr>
        <w:rPr>
          <w:lang w:val="fr-FR"/>
        </w:rPr>
      </w:pPr>
      <w:r w:rsidRPr="009C6D02">
        <w:rPr>
          <w:lang w:val="fr-FR"/>
        </w:rPr>
        <w:t>Dieuppeul 2, Dakar, Sénégal</w:t>
      </w:r>
    </w:p>
    <w:p w14:paraId="7565DAA3" w14:textId="77777777" w:rsidR="00315660" w:rsidRPr="009C6D02" w:rsidRDefault="00000000">
      <w:pPr>
        <w:rPr>
          <w:lang w:val="fr-FR"/>
        </w:rPr>
      </w:pPr>
      <w:r w:rsidRPr="009C6D02">
        <w:rPr>
          <w:lang w:val="fr-FR"/>
        </w:rPr>
        <w:t>Téléphone : +221 707216986</w:t>
      </w:r>
    </w:p>
    <w:p w14:paraId="5F818C4F" w14:textId="77777777" w:rsidR="00315660" w:rsidRPr="009C6D02" w:rsidRDefault="00000000">
      <w:pPr>
        <w:rPr>
          <w:lang w:val="fr-FR"/>
        </w:rPr>
      </w:pPr>
      <w:r w:rsidRPr="009C6D02">
        <w:rPr>
          <w:lang w:val="fr-FR"/>
        </w:rPr>
        <w:t>Email : alylatyr@gmail.com</w:t>
      </w:r>
    </w:p>
    <w:p w14:paraId="07F09E86" w14:textId="77777777" w:rsidR="00315660" w:rsidRPr="009C6D02" w:rsidRDefault="00000000">
      <w:pPr>
        <w:rPr>
          <w:lang w:val="fr-FR"/>
        </w:rPr>
      </w:pPr>
      <w:r w:rsidRPr="009C6D02">
        <w:rPr>
          <w:lang w:val="fr-FR"/>
        </w:rPr>
        <w:t>Portfolio : https://alyboxinggearsn.netlify.app/</w:t>
      </w:r>
    </w:p>
    <w:p w14:paraId="34FE3CC4" w14:textId="77777777" w:rsidR="00315660" w:rsidRPr="009C6D02" w:rsidRDefault="00315660">
      <w:pPr>
        <w:rPr>
          <w:lang w:val="fr-FR"/>
        </w:rPr>
      </w:pPr>
    </w:p>
    <w:p w14:paraId="186E0CFD" w14:textId="77777777" w:rsidR="00315660" w:rsidRPr="009C6D02" w:rsidRDefault="00000000">
      <w:pPr>
        <w:pStyle w:val="Heading2"/>
        <w:rPr>
          <w:lang w:val="fr-FR"/>
        </w:rPr>
      </w:pPr>
      <w:r w:rsidRPr="009C6D02">
        <w:rPr>
          <w:lang w:val="fr-FR"/>
        </w:rPr>
        <w:t>Profil</w:t>
      </w:r>
    </w:p>
    <w:p w14:paraId="50F4FAF5" w14:textId="77777777" w:rsidR="00315660" w:rsidRPr="009C6D02" w:rsidRDefault="00000000">
      <w:pPr>
        <w:rPr>
          <w:lang w:val="fr-FR"/>
        </w:rPr>
      </w:pPr>
      <w:r w:rsidRPr="009C6D02">
        <w:rPr>
          <w:lang w:val="fr-FR"/>
        </w:rPr>
        <w:t>Développeur web junior et maintenancier informatique basé à Dakar, spécialisé en intégration HTML/CSS, en maintenance informatique et en création de sites vitrines simples, rapides et adaptés aux petites entreprises. Étudiant à Uptech Sénégal, motivé, autonome, avec un sens du détail et une forte capacité d’apprentissage. Également boxeur, ce qui renforce ma discipline, ma rigueur et ma persévérance. Je recherche des opportunités de freelance ou de stage afin de développer des sites modernes et efficaces.</w:t>
      </w:r>
    </w:p>
    <w:p w14:paraId="614C79EB" w14:textId="77777777" w:rsidR="00315660" w:rsidRPr="009C6D02" w:rsidRDefault="00000000">
      <w:pPr>
        <w:pStyle w:val="Heading2"/>
        <w:rPr>
          <w:lang w:val="fr-FR"/>
        </w:rPr>
      </w:pPr>
      <w:r w:rsidRPr="009C6D02">
        <w:rPr>
          <w:lang w:val="fr-FR"/>
        </w:rPr>
        <w:t>Compétences techniques</w:t>
      </w:r>
    </w:p>
    <w:p w14:paraId="4DEE224F" w14:textId="77777777" w:rsidR="00315660" w:rsidRPr="009C6D02" w:rsidRDefault="00000000">
      <w:pPr>
        <w:rPr>
          <w:lang w:val="fr-FR"/>
        </w:rPr>
      </w:pPr>
      <w:r w:rsidRPr="009C6D02">
        <w:rPr>
          <w:b/>
          <w:lang w:val="fr-FR"/>
        </w:rPr>
        <w:t xml:space="preserve">Langages : </w:t>
      </w:r>
      <w:r w:rsidRPr="009C6D02">
        <w:rPr>
          <w:lang w:val="fr-FR"/>
        </w:rPr>
        <w:t>HTML5, CSS3</w:t>
      </w:r>
      <w:r w:rsidRPr="009C6D02">
        <w:rPr>
          <w:lang w:val="fr-FR"/>
        </w:rPr>
        <w:br/>
      </w:r>
    </w:p>
    <w:p w14:paraId="43A706CB" w14:textId="77777777" w:rsidR="00315660" w:rsidRPr="009C6D02" w:rsidRDefault="00000000">
      <w:pPr>
        <w:rPr>
          <w:lang w:val="fr-FR"/>
        </w:rPr>
      </w:pPr>
      <w:r w:rsidRPr="009C6D02">
        <w:rPr>
          <w:b/>
          <w:lang w:val="fr-FR"/>
        </w:rPr>
        <w:t xml:space="preserve">Intégration web : </w:t>
      </w:r>
      <w:r w:rsidRPr="009C6D02">
        <w:rPr>
          <w:lang w:val="fr-FR"/>
        </w:rPr>
        <w:t>création de sites statiques multi-pages, landing pages, structure de code propre et lisible, utilisation d’un fichier CSS commun.</w:t>
      </w:r>
      <w:r w:rsidRPr="009C6D02">
        <w:rPr>
          <w:lang w:val="fr-FR"/>
        </w:rPr>
        <w:br/>
      </w:r>
    </w:p>
    <w:p w14:paraId="79BC6845" w14:textId="77777777" w:rsidR="00315660" w:rsidRPr="009C6D02" w:rsidRDefault="00000000">
      <w:pPr>
        <w:rPr>
          <w:lang w:val="fr-FR"/>
        </w:rPr>
      </w:pPr>
      <w:r w:rsidRPr="009C6D02">
        <w:rPr>
          <w:b/>
          <w:lang w:val="fr-FR"/>
        </w:rPr>
        <w:t xml:space="preserve">Outils &amp; hébergement : </w:t>
      </w:r>
      <w:r w:rsidRPr="009C6D02">
        <w:rPr>
          <w:lang w:val="fr-FR"/>
        </w:rPr>
        <w:t>Netlify (déploiement de sites), VS Code (ou autre éditeur), notions de responsive design.</w:t>
      </w:r>
      <w:r w:rsidRPr="009C6D02">
        <w:rPr>
          <w:lang w:val="fr-FR"/>
        </w:rPr>
        <w:br/>
      </w:r>
    </w:p>
    <w:p w14:paraId="4BF906B1" w14:textId="77777777" w:rsidR="00315660" w:rsidRPr="009C6D02" w:rsidRDefault="00000000">
      <w:pPr>
        <w:rPr>
          <w:lang w:val="fr-FR"/>
        </w:rPr>
      </w:pPr>
      <w:r w:rsidRPr="009C6D02">
        <w:rPr>
          <w:b/>
          <w:lang w:val="fr-FR"/>
        </w:rPr>
        <w:t xml:space="preserve">Autres : </w:t>
      </w:r>
      <w:r w:rsidRPr="009C6D02">
        <w:rPr>
          <w:lang w:val="fr-FR"/>
        </w:rPr>
        <w:t>capacité à apprendre rapidement, sens de l’esthétique simple et efficace.</w:t>
      </w:r>
      <w:r w:rsidRPr="009C6D02">
        <w:rPr>
          <w:lang w:val="fr-FR"/>
        </w:rPr>
        <w:br/>
      </w:r>
    </w:p>
    <w:p w14:paraId="2B82963C" w14:textId="77777777" w:rsidR="00315660" w:rsidRPr="009C6D02" w:rsidRDefault="00000000">
      <w:pPr>
        <w:pStyle w:val="Heading2"/>
        <w:rPr>
          <w:lang w:val="fr-FR"/>
        </w:rPr>
      </w:pPr>
      <w:r w:rsidRPr="009C6D02">
        <w:rPr>
          <w:lang w:val="fr-FR"/>
        </w:rPr>
        <w:t>Formation</w:t>
      </w:r>
    </w:p>
    <w:p w14:paraId="4BCA3EC8" w14:textId="1B24F971" w:rsidR="00315660" w:rsidRPr="009C6D02" w:rsidRDefault="00000000">
      <w:pPr>
        <w:rPr>
          <w:lang w:val="fr-FR"/>
        </w:rPr>
      </w:pPr>
      <w:r w:rsidRPr="009C6D02">
        <w:rPr>
          <w:b/>
          <w:lang w:val="fr-FR"/>
        </w:rPr>
        <w:t>Uptech Sénégal – Dakar</w:t>
      </w:r>
      <w:r w:rsidRPr="009C6D02">
        <w:rPr>
          <w:b/>
          <w:lang w:val="fr-FR"/>
        </w:rPr>
        <w:br/>
      </w:r>
      <w:r w:rsidRPr="009C6D02">
        <w:rPr>
          <w:lang w:val="fr-FR"/>
        </w:rPr>
        <w:t>Étudiant en développement / informatique (à préciser)</w:t>
      </w:r>
      <w:r w:rsidRPr="009C6D02">
        <w:rPr>
          <w:lang w:val="fr-FR"/>
        </w:rPr>
        <w:br/>
        <w:t>[Année de</w:t>
      </w:r>
      <w:r w:rsidR="00DA4B41">
        <w:rPr>
          <w:lang w:val="fr-FR"/>
        </w:rPr>
        <w:t xml:space="preserve"> début</w:t>
      </w:r>
      <w:r w:rsidRPr="009C6D02">
        <w:rPr>
          <w:lang w:val="fr-FR"/>
        </w:rPr>
        <w:t xml:space="preserve">] – </w:t>
      </w:r>
      <w:r w:rsidR="00DA4B41">
        <w:rPr>
          <w:lang w:val="fr-FR"/>
        </w:rPr>
        <w:t>2024</w:t>
      </w:r>
      <w:r w:rsidRPr="009C6D02">
        <w:rPr>
          <w:lang w:val="fr-FR"/>
        </w:rPr>
        <w:br/>
      </w:r>
    </w:p>
    <w:p w14:paraId="28D76755" w14:textId="77777777" w:rsidR="00315660" w:rsidRPr="009C6D02" w:rsidRDefault="00000000">
      <w:pPr>
        <w:pStyle w:val="Heading2"/>
        <w:rPr>
          <w:lang w:val="fr-FR"/>
        </w:rPr>
      </w:pPr>
      <w:r w:rsidRPr="009C6D02">
        <w:rPr>
          <w:lang w:val="fr-FR"/>
        </w:rPr>
        <w:t>Expériences</w:t>
      </w:r>
    </w:p>
    <w:p w14:paraId="6AA3F833" w14:textId="77777777" w:rsidR="00315660" w:rsidRPr="009C6D02" w:rsidRDefault="00000000">
      <w:pPr>
        <w:rPr>
          <w:lang w:val="fr-FR"/>
        </w:rPr>
      </w:pPr>
      <w:r w:rsidRPr="009C6D02">
        <w:rPr>
          <w:lang w:val="fr-FR"/>
        </w:rPr>
        <w:t>- Maintenance préventive et conseils aux utilisateurs.</w:t>
      </w:r>
    </w:p>
    <w:p w14:paraId="2F75B1F1" w14:textId="77777777" w:rsidR="00315660" w:rsidRPr="009C6D02" w:rsidRDefault="00000000">
      <w:pPr>
        <w:rPr>
          <w:lang w:val="fr-FR"/>
        </w:rPr>
      </w:pPr>
      <w:r w:rsidRPr="009C6D02">
        <w:rPr>
          <w:lang w:val="fr-FR"/>
        </w:rPr>
        <w:lastRenderedPageBreak/>
        <w:t>- Installation de systèmes (Windows), logiciels et optimisation des performances.</w:t>
      </w:r>
    </w:p>
    <w:p w14:paraId="5138363A" w14:textId="77777777" w:rsidR="00315660" w:rsidRPr="009C6D02" w:rsidRDefault="00000000">
      <w:pPr>
        <w:rPr>
          <w:lang w:val="fr-FR"/>
        </w:rPr>
      </w:pPr>
      <w:r w:rsidRPr="009C6D02">
        <w:rPr>
          <w:lang w:val="fr-FR"/>
        </w:rPr>
        <w:t>- Diagnostic et réparation de pannes matérielles et logicielles sur ordinateurs.</w:t>
      </w:r>
    </w:p>
    <w:p w14:paraId="74853A71" w14:textId="77777777" w:rsidR="00315660" w:rsidRPr="009C6D02" w:rsidRDefault="00000000">
      <w:pPr>
        <w:rPr>
          <w:lang w:val="fr-FR"/>
        </w:rPr>
      </w:pPr>
      <w:r w:rsidRPr="009C6D02">
        <w:rPr>
          <w:lang w:val="fr-FR"/>
        </w:rPr>
        <w:t>Maintenancier informatique – Indépendant | 2024 – Dakar</w:t>
      </w:r>
    </w:p>
    <w:p w14:paraId="361FE60E" w14:textId="77777777" w:rsidR="00315660" w:rsidRPr="009C6D02" w:rsidRDefault="00000000">
      <w:pPr>
        <w:rPr>
          <w:lang w:val="fr-FR"/>
        </w:rPr>
      </w:pPr>
      <w:r w:rsidRPr="009C6D02">
        <w:rPr>
          <w:b/>
          <w:lang w:val="fr-FR"/>
        </w:rPr>
        <w:t>Développeur web junior – Projet personnel</w:t>
      </w:r>
      <w:r w:rsidRPr="009C6D02">
        <w:rPr>
          <w:b/>
          <w:lang w:val="fr-FR"/>
        </w:rPr>
        <w:br/>
      </w:r>
      <w:r w:rsidRPr="009C6D02">
        <w:rPr>
          <w:lang w:val="fr-FR"/>
        </w:rPr>
        <w:t>Aly Boxing Gear – Site vitrine pour vente d’équipements de boxe | 2025 – Dakar</w:t>
      </w:r>
      <w:r w:rsidRPr="009C6D02">
        <w:rPr>
          <w:lang w:val="fr-FR"/>
        </w:rPr>
        <w:br/>
        <w:t>- Création d’un site statique one-page pour présenter des produits de boxe.</w:t>
      </w:r>
      <w:r w:rsidRPr="009C6D02">
        <w:rPr>
          <w:lang w:val="fr-FR"/>
        </w:rPr>
        <w:br/>
        <w:t>- Utilisation de HTML/CSS pour la mise en page et le design.</w:t>
      </w:r>
      <w:r w:rsidRPr="009C6D02">
        <w:rPr>
          <w:lang w:val="fr-FR"/>
        </w:rPr>
        <w:br/>
        <w:t>- Déploiement du site sur Netlify : https://alyboxinggearsn.netlify.app/</w:t>
      </w:r>
      <w:r w:rsidRPr="009C6D02">
        <w:rPr>
          <w:lang w:val="fr-FR"/>
        </w:rPr>
        <w:br/>
        <w:t>- Travail sur la structure, la lisibilité et la présentation des produits.</w:t>
      </w:r>
      <w:r w:rsidRPr="009C6D02">
        <w:rPr>
          <w:lang w:val="fr-FR"/>
        </w:rPr>
        <w:br/>
      </w:r>
    </w:p>
    <w:p w14:paraId="00C97B3C" w14:textId="77777777" w:rsidR="00315660" w:rsidRPr="009C6D02" w:rsidRDefault="00000000">
      <w:pPr>
        <w:pStyle w:val="Heading2"/>
        <w:rPr>
          <w:lang w:val="fr-FR"/>
        </w:rPr>
      </w:pPr>
      <w:r w:rsidRPr="009C6D02">
        <w:rPr>
          <w:lang w:val="fr-FR"/>
        </w:rPr>
        <w:t>Activités extra-professionnelles</w:t>
      </w:r>
    </w:p>
    <w:p w14:paraId="4C895F99" w14:textId="77777777" w:rsidR="00315660" w:rsidRPr="009C6D02" w:rsidRDefault="00000000">
      <w:pPr>
        <w:rPr>
          <w:lang w:val="fr-FR"/>
        </w:rPr>
      </w:pPr>
      <w:r w:rsidRPr="009C6D02">
        <w:rPr>
          <w:b/>
          <w:lang w:val="fr-FR"/>
        </w:rPr>
        <w:t>Boxeur</w:t>
      </w:r>
      <w:r w:rsidRPr="009C6D02">
        <w:rPr>
          <w:b/>
          <w:lang w:val="fr-FR"/>
        </w:rPr>
        <w:br/>
      </w:r>
      <w:r w:rsidRPr="009C6D02">
        <w:rPr>
          <w:lang w:val="fr-FR"/>
        </w:rPr>
        <w:t>- Pratique régulière de la boxe.</w:t>
      </w:r>
      <w:r w:rsidRPr="009C6D02">
        <w:rPr>
          <w:lang w:val="fr-FR"/>
        </w:rPr>
        <w:br/>
        <w:t>- Développement de la discipline, de la gestion du stress et de la concentration.</w:t>
      </w:r>
      <w:r w:rsidRPr="009C6D02">
        <w:rPr>
          <w:lang w:val="fr-FR"/>
        </w:rPr>
        <w:br/>
        <w:t>- Esprit de compétition et résistance à l’effort.</w:t>
      </w:r>
      <w:r w:rsidRPr="009C6D02">
        <w:rPr>
          <w:lang w:val="fr-FR"/>
        </w:rPr>
        <w:br/>
      </w:r>
    </w:p>
    <w:p w14:paraId="4D255044" w14:textId="77777777" w:rsidR="00315660" w:rsidRPr="009C6D02" w:rsidRDefault="00000000">
      <w:pPr>
        <w:pStyle w:val="Heading2"/>
        <w:rPr>
          <w:lang w:val="fr-FR"/>
        </w:rPr>
      </w:pPr>
      <w:r w:rsidRPr="009C6D02">
        <w:rPr>
          <w:lang w:val="fr-FR"/>
        </w:rPr>
        <w:t>Langues</w:t>
      </w:r>
    </w:p>
    <w:p w14:paraId="2B852449" w14:textId="77777777" w:rsidR="00315660" w:rsidRPr="009C6D02" w:rsidRDefault="00000000">
      <w:pPr>
        <w:rPr>
          <w:lang w:val="fr-FR"/>
        </w:rPr>
      </w:pPr>
      <w:r w:rsidRPr="009C6D02">
        <w:rPr>
          <w:b/>
          <w:lang w:val="fr-FR"/>
        </w:rPr>
        <w:t xml:space="preserve">- Français : </w:t>
      </w:r>
      <w:r w:rsidRPr="009C6D02">
        <w:rPr>
          <w:lang w:val="fr-FR"/>
        </w:rPr>
        <w:t>courant</w:t>
      </w:r>
      <w:r w:rsidRPr="009C6D02">
        <w:rPr>
          <w:lang w:val="fr-FR"/>
        </w:rPr>
        <w:br/>
      </w:r>
    </w:p>
    <w:p w14:paraId="4A65C8CC" w14:textId="1B400E15" w:rsidR="00315660" w:rsidRPr="009C6D02" w:rsidRDefault="00000000">
      <w:pPr>
        <w:rPr>
          <w:lang w:val="fr-FR"/>
        </w:rPr>
      </w:pPr>
      <w:r w:rsidRPr="009C6D02">
        <w:rPr>
          <w:b/>
          <w:lang w:val="fr-FR"/>
        </w:rPr>
        <w:t xml:space="preserve">- Anglais : </w:t>
      </w:r>
      <w:r w:rsidRPr="009C6D02">
        <w:rPr>
          <w:lang w:val="fr-FR"/>
        </w:rPr>
        <w:t>niveau intermédiaire (en cours d’amélioration)</w:t>
      </w:r>
      <w:r w:rsidRPr="009C6D02">
        <w:rPr>
          <w:lang w:val="fr-FR"/>
        </w:rPr>
        <w:br/>
      </w:r>
      <w:r w:rsidRPr="009C6D02">
        <w:rPr>
          <w:lang w:val="fr-FR"/>
        </w:rPr>
        <w:br/>
      </w:r>
    </w:p>
    <w:p w14:paraId="3DD512AD" w14:textId="77777777" w:rsidR="00315660" w:rsidRPr="009C6D02" w:rsidRDefault="00000000">
      <w:pPr>
        <w:pStyle w:val="Heading2"/>
        <w:rPr>
          <w:lang w:val="fr-FR"/>
        </w:rPr>
      </w:pPr>
      <w:r w:rsidRPr="009C6D02">
        <w:rPr>
          <w:lang w:val="fr-FR"/>
        </w:rPr>
        <w:t>Qualités personnelles</w:t>
      </w:r>
    </w:p>
    <w:p w14:paraId="323A4526" w14:textId="77777777" w:rsidR="00315660" w:rsidRPr="009C6D02" w:rsidRDefault="00000000">
      <w:pPr>
        <w:rPr>
          <w:lang w:val="fr-FR"/>
        </w:rPr>
      </w:pPr>
      <w:r w:rsidRPr="009C6D02">
        <w:rPr>
          <w:lang w:val="fr-FR"/>
        </w:rPr>
        <w:t>- Sérieux, motivé et autonome</w:t>
      </w:r>
      <w:r w:rsidRPr="009C6D02">
        <w:rPr>
          <w:lang w:val="fr-FR"/>
        </w:rPr>
        <w:br/>
        <w:t>- Curieux, envie constante d’apprendre</w:t>
      </w:r>
      <w:r w:rsidRPr="009C6D02">
        <w:rPr>
          <w:lang w:val="fr-FR"/>
        </w:rPr>
        <w:br/>
        <w:t>- Respect des délais</w:t>
      </w:r>
      <w:r w:rsidRPr="009C6D02">
        <w:rPr>
          <w:lang w:val="fr-FR"/>
        </w:rPr>
        <w:br/>
        <w:t>- À l’écoute des besoins du client</w:t>
      </w:r>
      <w:r w:rsidRPr="009C6D02">
        <w:rPr>
          <w:lang w:val="fr-FR"/>
        </w:rPr>
        <w:br/>
      </w:r>
    </w:p>
    <w:sectPr w:rsidR="00315660" w:rsidRPr="009C6D0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94784529">
    <w:abstractNumId w:val="8"/>
  </w:num>
  <w:num w:numId="2" w16cid:durableId="318585384">
    <w:abstractNumId w:val="6"/>
  </w:num>
  <w:num w:numId="3" w16cid:durableId="267857892">
    <w:abstractNumId w:val="5"/>
  </w:num>
  <w:num w:numId="4" w16cid:durableId="1083333013">
    <w:abstractNumId w:val="4"/>
  </w:num>
  <w:num w:numId="5" w16cid:durableId="1693415728">
    <w:abstractNumId w:val="7"/>
  </w:num>
  <w:num w:numId="6" w16cid:durableId="23287906">
    <w:abstractNumId w:val="3"/>
  </w:num>
  <w:num w:numId="7" w16cid:durableId="812522294">
    <w:abstractNumId w:val="2"/>
  </w:num>
  <w:num w:numId="8" w16cid:durableId="2126150833">
    <w:abstractNumId w:val="1"/>
  </w:num>
  <w:num w:numId="9" w16cid:durableId="689910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15660"/>
    <w:rsid w:val="00326F90"/>
    <w:rsid w:val="00543A24"/>
    <w:rsid w:val="00597D69"/>
    <w:rsid w:val="009C6D02"/>
    <w:rsid w:val="00AA1D8D"/>
    <w:rsid w:val="00B47730"/>
    <w:rsid w:val="00CB0664"/>
    <w:rsid w:val="00DA4B4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A57B11"/>
  <w14:defaultImageDpi w14:val="300"/>
  <w15:docId w15:val="{983B02AD-0D06-4C69-937F-3AF48750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359</Words>
  <Characters>1977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aly Hawks</cp:lastModifiedBy>
  <cp:revision>6</cp:revision>
  <dcterms:created xsi:type="dcterms:W3CDTF">2013-12-23T23:15:00Z</dcterms:created>
  <dcterms:modified xsi:type="dcterms:W3CDTF">2026-07-29T16:56:00Z</dcterms:modified>
  <cp:category/>
</cp:coreProperties>
</file>